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4489" w14:textId="7D9EE731" w:rsidR="00106D6D" w:rsidRDefault="00106D6D" w:rsidP="00106D6D">
      <w:pPr>
        <w:pStyle w:val="Title"/>
        <w:jc w:val="center"/>
      </w:pPr>
      <w:r>
        <w:rPr>
          <w:noProof/>
        </w:rPr>
        <w:drawing>
          <wp:inline distT="0" distB="0" distL="0" distR="0" wp14:anchorId="5418512A" wp14:editId="43EE9698">
            <wp:extent cx="2185416" cy="758952"/>
            <wp:effectExtent l="0" t="0" r="5715" b="3175"/>
            <wp:docPr id="79409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90730" name="Picture 794090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257C" w14:textId="77777777" w:rsidR="00106D6D" w:rsidRDefault="00106D6D" w:rsidP="00106D6D">
      <w:pPr>
        <w:pStyle w:val="Title"/>
        <w:jc w:val="center"/>
      </w:pPr>
    </w:p>
    <w:p w14:paraId="5A3C2F2F" w14:textId="49E84F09" w:rsidR="00106D6D" w:rsidRPr="00106D6D" w:rsidRDefault="00F03EBA" w:rsidP="00106D6D">
      <w:pPr>
        <w:pStyle w:val="Title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Navigating Your Role as a New Board Member</w:t>
      </w:r>
    </w:p>
    <w:p w14:paraId="4C7071A9" w14:textId="64DB7044" w:rsidR="00244626" w:rsidRDefault="00106D6D" w:rsidP="00CC3CBE">
      <w:pPr>
        <w:pStyle w:val="Title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106D6D">
        <w:rPr>
          <w:rFonts w:asciiTheme="minorHAnsi" w:hAnsiTheme="minorHAnsi"/>
          <w:b/>
          <w:bCs/>
          <w:sz w:val="28"/>
          <w:szCs w:val="28"/>
        </w:rPr>
        <w:t xml:space="preserve">MCCSA Webinar – </w:t>
      </w:r>
      <w:r w:rsidR="00F03EBA">
        <w:rPr>
          <w:rFonts w:asciiTheme="minorHAnsi" w:hAnsiTheme="minorHAnsi"/>
          <w:b/>
          <w:bCs/>
          <w:sz w:val="28"/>
          <w:szCs w:val="28"/>
        </w:rPr>
        <w:t>September 2026</w:t>
      </w:r>
    </w:p>
    <w:p w14:paraId="296E089A" w14:textId="4FF3C65A" w:rsidR="00CC3CBE" w:rsidRPr="00DD1DF7" w:rsidRDefault="00305106" w:rsidP="003051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DD1DF7">
        <w:rPr>
          <w:b/>
          <w:bCs/>
          <w:i/>
          <w:iCs/>
          <w:sz w:val="28"/>
          <w:szCs w:val="28"/>
        </w:rPr>
        <w:t>The Governance Compass – Quick Reference Guide</w:t>
      </w:r>
    </w:p>
    <w:p w14:paraId="65BE6629" w14:textId="77777777" w:rsidR="00CC3CBE" w:rsidRPr="00DD1DF7" w:rsidRDefault="00CC3CBE" w:rsidP="00CC3CBE">
      <w:pPr>
        <w:spacing w:after="0" w:line="240" w:lineRule="auto"/>
        <w:rPr>
          <w:b/>
          <w:bCs/>
          <w:i/>
          <w:iCs/>
          <w:sz w:val="28"/>
          <w:szCs w:val="28"/>
        </w:rPr>
      </w:pPr>
    </w:p>
    <w:p w14:paraId="5449AF08" w14:textId="39C93C70" w:rsidR="00CC3CBE" w:rsidRDefault="009868B3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  <w:r w:rsidRPr="009868B3">
        <w:rPr>
          <w:noProof/>
        </w:rPr>
        <w:drawing>
          <wp:inline distT="0" distB="0" distL="0" distR="0" wp14:anchorId="600DEA76" wp14:editId="7C5DCC5B">
            <wp:extent cx="5349240" cy="3657600"/>
            <wp:effectExtent l="0" t="0" r="3810" b="0"/>
            <wp:docPr id="955352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3520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0C384" w14:textId="77777777" w:rsidR="003A4241" w:rsidRDefault="003A4241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p w14:paraId="451FAF62" w14:textId="77777777" w:rsidR="003A4241" w:rsidRDefault="003A4241" w:rsidP="000552F1">
      <w:pPr>
        <w:pStyle w:val="Heading1"/>
        <w:spacing w:before="0" w:line="240" w:lineRule="auto"/>
        <w:jc w:val="center"/>
        <w:rPr>
          <w:rFonts w:asciiTheme="minorHAnsi" w:hAnsiTheme="minorHAnsi"/>
        </w:rPr>
      </w:pPr>
      <w:r w:rsidRPr="00B01683">
        <w:rPr>
          <w:rFonts w:asciiTheme="minorHAnsi" w:hAnsiTheme="minorHAnsi"/>
        </w:rPr>
        <w:t>Before I act, ask:</w:t>
      </w:r>
    </w:p>
    <w:p w14:paraId="13469AAF" w14:textId="77777777" w:rsidR="00B01683" w:rsidRPr="00B01683" w:rsidRDefault="00B01683" w:rsidP="000552F1">
      <w:pPr>
        <w:spacing w:after="0" w:line="240" w:lineRule="auto"/>
        <w:jc w:val="center"/>
      </w:pPr>
    </w:p>
    <w:p w14:paraId="6B982D39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this aligned with our mission?</w:t>
      </w:r>
    </w:p>
    <w:p w14:paraId="480BCFC1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this within the Board's role?</w:t>
      </w:r>
    </w:p>
    <w:p w14:paraId="082DF642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Does this support students?</w:t>
      </w:r>
    </w:p>
    <w:p w14:paraId="664CFEF7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Is it financially responsible?</w:t>
      </w:r>
    </w:p>
    <w:p w14:paraId="32DE4464" w14:textId="77777777" w:rsidR="003A4241" w:rsidRPr="00B01683" w:rsidRDefault="003A4241" w:rsidP="000552F1">
      <w:pPr>
        <w:spacing w:after="160" w:line="278" w:lineRule="auto"/>
        <w:ind w:left="720"/>
        <w:jc w:val="center"/>
        <w:rPr>
          <w:b/>
          <w:bCs/>
          <w:i/>
          <w:iCs/>
          <w:sz w:val="24"/>
          <w:szCs w:val="24"/>
        </w:rPr>
      </w:pPr>
      <w:r w:rsidRPr="00B01683">
        <w:rPr>
          <w:b/>
          <w:bCs/>
          <w:i/>
          <w:iCs/>
          <w:sz w:val="24"/>
          <w:szCs w:val="24"/>
        </w:rPr>
        <w:t>Does it comply with our charter?</w:t>
      </w:r>
    </w:p>
    <w:p w14:paraId="0418C3E4" w14:textId="77777777" w:rsidR="003A4241" w:rsidRDefault="003A4241" w:rsidP="000552F1">
      <w:pPr>
        <w:pStyle w:val="ListBullet"/>
        <w:numPr>
          <w:ilvl w:val="0"/>
          <w:numId w:val="0"/>
        </w:numPr>
        <w:spacing w:after="0" w:line="240" w:lineRule="auto"/>
        <w:ind w:left="360" w:hanging="360"/>
        <w:jc w:val="center"/>
      </w:pPr>
    </w:p>
    <w:p w14:paraId="5B714C8F" w14:textId="00BA9BE6" w:rsidR="00B91945" w:rsidRPr="00B91945" w:rsidRDefault="00B91945" w:rsidP="000552F1">
      <w:pPr>
        <w:pStyle w:val="ListBullet"/>
        <w:numPr>
          <w:ilvl w:val="0"/>
          <w:numId w:val="0"/>
        </w:numPr>
        <w:spacing w:after="0" w:line="240" w:lineRule="auto"/>
        <w:ind w:left="360" w:hanging="360"/>
        <w:jc w:val="center"/>
        <w:rPr>
          <w:b/>
          <w:bCs/>
          <w:i/>
          <w:iCs/>
          <w:sz w:val="24"/>
          <w:szCs w:val="24"/>
        </w:rPr>
      </w:pPr>
      <w:r w:rsidRPr="00B91945">
        <w:rPr>
          <w:b/>
          <w:bCs/>
          <w:i/>
          <w:iCs/>
          <w:sz w:val="24"/>
          <w:szCs w:val="24"/>
        </w:rPr>
        <w:t>My role is not to run the school</w:t>
      </w:r>
      <w:r>
        <w:rPr>
          <w:b/>
          <w:bCs/>
          <w:i/>
          <w:iCs/>
          <w:sz w:val="24"/>
          <w:szCs w:val="24"/>
        </w:rPr>
        <w:t>.  My role is to help</w:t>
      </w:r>
      <w:r w:rsidRPr="00B91945">
        <w:rPr>
          <w:b/>
          <w:bCs/>
          <w:i/>
          <w:iCs/>
          <w:sz w:val="24"/>
          <w:szCs w:val="24"/>
        </w:rPr>
        <w:t xml:space="preserve"> govern it well!</w:t>
      </w:r>
    </w:p>
    <w:sectPr w:rsidR="00B91945" w:rsidRPr="00B919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113A3"/>
    <w:multiLevelType w:val="multilevel"/>
    <w:tmpl w:val="EF9C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308755">
    <w:abstractNumId w:val="8"/>
  </w:num>
  <w:num w:numId="2" w16cid:durableId="2032686851">
    <w:abstractNumId w:val="6"/>
  </w:num>
  <w:num w:numId="3" w16cid:durableId="651984385">
    <w:abstractNumId w:val="5"/>
  </w:num>
  <w:num w:numId="4" w16cid:durableId="334109747">
    <w:abstractNumId w:val="4"/>
  </w:num>
  <w:num w:numId="5" w16cid:durableId="973411503">
    <w:abstractNumId w:val="7"/>
  </w:num>
  <w:num w:numId="6" w16cid:durableId="1707365192">
    <w:abstractNumId w:val="3"/>
  </w:num>
  <w:num w:numId="7" w16cid:durableId="1365403426">
    <w:abstractNumId w:val="2"/>
  </w:num>
  <w:num w:numId="8" w16cid:durableId="1631327279">
    <w:abstractNumId w:val="1"/>
  </w:num>
  <w:num w:numId="9" w16cid:durableId="235165457">
    <w:abstractNumId w:val="0"/>
  </w:num>
  <w:num w:numId="10" w16cid:durableId="2512102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2F1"/>
    <w:rsid w:val="0005715E"/>
    <w:rsid w:val="0006063C"/>
    <w:rsid w:val="00106D6D"/>
    <w:rsid w:val="0015074B"/>
    <w:rsid w:val="00244626"/>
    <w:rsid w:val="0029639D"/>
    <w:rsid w:val="00305106"/>
    <w:rsid w:val="00326F90"/>
    <w:rsid w:val="003439D1"/>
    <w:rsid w:val="003A4241"/>
    <w:rsid w:val="004129F1"/>
    <w:rsid w:val="00572E12"/>
    <w:rsid w:val="005E0D80"/>
    <w:rsid w:val="006B0A6E"/>
    <w:rsid w:val="008B4078"/>
    <w:rsid w:val="009868B3"/>
    <w:rsid w:val="00A829A1"/>
    <w:rsid w:val="00AA1D8D"/>
    <w:rsid w:val="00B01683"/>
    <w:rsid w:val="00B47730"/>
    <w:rsid w:val="00B91945"/>
    <w:rsid w:val="00C8499D"/>
    <w:rsid w:val="00CB0664"/>
    <w:rsid w:val="00CC3CBE"/>
    <w:rsid w:val="00DD1DF7"/>
    <w:rsid w:val="00DE5448"/>
    <w:rsid w:val="00F03E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14B1E"/>
  <w14:defaultImageDpi w14:val="300"/>
  <w15:docId w15:val="{A7E9089A-918D-480A-BE9F-49A927B4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Dawn R. Gillespie</cp:lastModifiedBy>
  <cp:revision>2</cp:revision>
  <dcterms:created xsi:type="dcterms:W3CDTF">2026-09-17T16:06:00Z</dcterms:created>
  <dcterms:modified xsi:type="dcterms:W3CDTF">2026-09-17T16:06:00Z</dcterms:modified>
  <cp:category/>
</cp:coreProperties>
</file>